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צועדים במסע המורשת: מסע חודש חשוון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כל תחנות המסע של חודש חשוון ואת הרעיון המרכזי של כל 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קריאה, הבנה וכתיבה סביב הסיפורים והמקורות של התחנות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תחושת שייכות למשפחה, לקהילה וליישוב דרך משימות יצירה ושיחה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להתנסות בראיון משפחתי ובבניית תוצר אישי שמסכם את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מר חשוון: חוגגים בעצמנו – מכירים את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אין בו חג מיוחד כמו בחודשים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לחגוג רגעים קטנים כמו יום הולדת או הצלחה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כל הצלחה קטנה היא סיבה לשמוח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מר חשוון: חוגגים בעצמנו – תרגול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כי אין בו 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יום הולדת, הצלחה אישית, או תודה למישהו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אנחנו בוחרים מה לחגוג ומתי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מר חשוון: חוגגים בעצמנו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הולדת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ותן טל ומטר: בקשת הגשם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ותן טל ומטר: בקשת הגשם –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טל הן טיפות קטנות של הבוקר, ומטר הוא הגשם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הגשם חשוב לכל הטבע ולבני האדם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ותן טל ומטר: בקשת הגשם –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חשוון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ותן טל ומטר: בקשת הגשם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(טיפות קטנות של הבוקר)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(אנשים שהלכו ברגל לירושלים לחג)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(בזבוז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(בקשה לגשם בתפילה)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נח ולך לך: תיבה, קשת ומסע – זוכרים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נח בנה תיבה מעץ כדי להינצל מהמבול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ירד גשם חזק ארבעים יום וארבעים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הקשת הופיעה אחרי המבול כסימן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נח ולך לך: תיבה, קשת ומסע – מבינים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עלה זית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נח ולך לך: תיבה, קשת ומסע – משלימים ומתאימים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עלה 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זוגות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נח ולך לך: תיבה, קשת ומסע – מתאימים זוגות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(בנה תיבה)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(אוהל פתוח לאורחים)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(סימן של הבטחה)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(ירד ארבעים 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(חזרה עם עלה זית)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רחל אמנו: לדאוג לאחר – מכירים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רועת צאן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לבאר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לאחותה לאה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רחל אמנו: לדאוג לאחר – תרגול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רחל הייתה רועה אחראית שדאגה לכל כבש בעדר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רחל הייתה טובת לב ושמה לב למי שעצוב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רחל אמנו: לדאוג לאחר – השלמות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חשוון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רחל אמנו: לדאוג לאחר – התאמת 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(אכפתיות)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(רגישות)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(חסד)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(ערך הדאגה לזולת)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חג הסיגד: כמיהה לירושלים – מה אנחנו זוכרים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חמישים יום אחרי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הר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הקסים, כוהני הדת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אוכלים, שרים ורוקדים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חג הסיגד: כמיהה לירושלים – השלמת פרטים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ספר 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מתפללים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חג הסיגד: כמיהה לירושלים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פתוחה: הם התגעגעו לירושלים וראו בה מקום קדוש וחלום משותף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פתוחה: אפשר לשלב רגעים רציניים עם שמחה, ושיש זמן לכל 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פתוחה: כדי לחזק את הקשר, לזכור את הערכים ולהתחדש כקהילה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המסע של המשפחה שלי והיישוב שלי – הכרת התוכן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אחד השלבים הראשונים בפרויקט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הכרטיס שואל מה שם החפץ, למי הוא שייך ומאיפה הוא הגיע, ולא איפה נולד המרואיין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בתיאור הפרויקט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הרעיון הגדול של תחנת היישוב 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שם תחנה אחד ורעיון מרכזי אחד שקשור אליה בלי לדייק במקור המדויק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הבנה של המסר האישי או הערכי של הסיפור, לא רק שחזור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הפרקים לפי שבועות החודש כפי שמוצע באתר, פרק אחד או שניים לשיעור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צעירים יותר כדאי להתמקד בקטעי הקריאה הקצרים ובמשימות הציור, ולדלג על שאלות הניתוח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בכיתות הגבוהות של היסודי אפשר להוסיף שיחה קצרה על הקשר בין הסיפורים לרעיון המסע המשותף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לשמור את דף היישוב והמשפחה לסוף, כסיכום אישי שמחבר את כל מה שנלמד בחוברת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צועדים במסע המורשת: מסע חודש חשוון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נלך תחנה אחר תחנה. בכל תחנה נקרא סיפור קצר ונענה על שאלות. נצייר ונדבר עם חברים ועם המשפחה.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ארוכה עם הרבה תחנות ועצירות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עצירה במסע שבו לומדים נושא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טל ומטר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טיפות גשם קטנות של הבוקר וגשם חזק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ספינה גדולה שבנה נח כדי להינצל מהמבול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צבעים שמופיעים בשמיים אחרי גשם, סימן להבטחה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של יהודי אתיופיה שבו עולים להר ומביטים לירושלים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סיפורים ומנהגים שעוברים במשפחה ובעם מדור לדור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 משפחתי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עם מבוגר במשפחה ששואלים בה שאלות על העבר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עץ משפחה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שמראה מי בני המשפחה ואיך הם קשורים זה לזה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אנשים גרים יחד, כמו כפר, עיר או שכונה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מר חשוון: חוגגים בעצמנו – מכירים את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חודש חשוון הוא חודש בלי חגים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בחודש בלי חג אי אפשר לחגוג שום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לחגוג גם כשמישהו הצליח לקרוא ספר לבד בפעם הראשונה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מר חשוון: חוגגים בעצמנו – תרגול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יש כינוי מיוחד לחודש חשוון?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אין בו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הוא קר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ארוך מכל החודשים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לומדים בו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אפשר לחגוג גם בלי חג רשמי?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ימי הולדת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הולדת, הצלחה אישית, או תודה למישהו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חופשה מבית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לחגוג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המשפט שמתאים לרעיון הגדול של התחנה?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בחג אפשר לשמוח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אנחנו בוחרים מה לחגוג ומתי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צריך לחכות לחג כדי להיות שמחים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טעם לחגוג דברים קטנים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מר חשוון: חוגגים בעצמנו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 יום __________ הוא סיבה לשמוח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אפשר לחגוג יום __________ של חבר או חברה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ותן טל ומטר: בקשת הגשם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בתפילה אומרים: ותן __________ ומטר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עולי הרגל הלכו ברגל אל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ותן טל ומטר: בקשת הגשם –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טל הוא גשם חזק וכבד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הגשם נותן מים לאדמה, לעצים ולאנשים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ותן טל ומטר: בקשת הגשם –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מתחילים לבקש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טבת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ותן טל ומטר: בקשת הגשם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בזבוז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עולי 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בקשה לגשם בתפילה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ברז מטפטף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טיפות קטנות של הבוקר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וְתֵן טַל וּמָטָר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אנשים שהלכו ברגל לירושלים לחג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נח ולך לך: תיבה, קשת ומסע – זוכרים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 בנה תיבה גדולה מעץ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ירד גשם יום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הקשת בשמיים היא סימן של הבטחה והתחלה 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נח ולך לך: תיבה, קשת ומסע – מבינים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נח שלח מהתיבה?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היה בפי הציפור?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ענף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עלה 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אבן קטנה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נח ולך לך: תיבה, קשת ומסע – משלימים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היונה חזרה אל התיבה עם __________ בפיה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נח ומשפחתו הכניסו לתיבה __________ של כל בעלי החיים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נח ולך לך: תיבה, קשת ומסע – מתאימים 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אוהל פתוח לאורחים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אברהם ושרה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סימן של הבטחה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הקשת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בנה תיבה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חזרה עם עלה זית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היונה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ירד ארבעים 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רחל אמנו: לדאוג לאחר – מכירים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במה רחל עבדה?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רועת צאן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נגרת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רחל השקתה את הצאן?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את מי רחל עזרה?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לאחותה 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לאביה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לשכנה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רחל אמנו: לדאוג לאחר – תרגול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דאגה שכל כבש ישתה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לא שמה לב למי שעצוב מסביבה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רחל אמנו: לדאוג לאחר – השלמות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קוראים לרחל "רחל __________" כי היא דאגה לכולם כמו אמא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בי"א ב__________ זוכרים את רחל אמנו ולומדים ממנה לדאוג זה לזה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רחל אמנו: לדאוג לאחר – התאמת 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דאגה שכל כבש ישתה 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רגישות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שמה לב למי שעצוב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אכפתיות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עזרה לאחותה לאה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ערך הדאגה לזולת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לומדים ממנה לדאוג זה לזה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חסד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חג הסיגד: כמיהה לירושלים – מה אנחנו זוכרים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עדה חוגגת את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עיראק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חמישים יום אחרי יום הכיפורים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בחודש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בחודש אלול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ביום העצמאות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לאן עולים ביום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גג בית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גבעת 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מקריא מהתורה בחג?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הילדים הקטנים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הקסים, כוהני הדת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החיילים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התיירים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אחרי הירידה מההר?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הולכים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אוכלים, שרים ורוקדים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חוזרים הביתה 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צמים עוד 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חג הסיגד: כמיהה לירושלים – השלמת פרטים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יהודי אתיופיה חוגגים את חג הסיגד __________ יום אחרי יום הכיפורים.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בראש ההר הקסים מחזיקים __________ ומקריאים ממנו.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ביום החג כולם צמים ו__________ 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היום חוגגים את חג הסיגד גם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חג הסיגד: כמיהה לירושלים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לדעתכם יהודי אתיופיה הביטו דווקא לכיוון ירושלים כשעלו על ההר? כתבו רעיון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בסיפור החג יש גם צום ותפילה וגם שירה וריקוד. מה אפשר ללמוד מהשילוב הזה?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חג הסיגד מזכיר חידוש ברית. כתבו במילים שלכם למה חשוב לחדש הבטחות ולהיזכר בהן מדי שנה.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המסע של המשפחה שלי והיישוב שלי – הכרת התוכן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בפרויקט המסע של המשפחה שלי מראיינים מבוגר או מבוגרת מהמשפחה או מהקהילה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סיפור החפץ שואל איפה נולד המרואיין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לבנות עץ משפחה או עץ אנשים קרובים, כך שהפרויקט מתאים לכל סוגי המשפחות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היישוב מלמד שהיישוב נבנה בידי אנשים שחלמו ועבדו 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לספר בקיצור על שלוש תחנות מהמסע ולמה כל אחת מתאימה לחודש חשוון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מה הרעיון הגדול של סיפור אחד שלמדתי (למשל נח, רחל או הסיגד)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הצלחתי לראיין מבוגר במשפחה או לספר על חפץ משפחתי מיוחד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צועדים במסע המורשת: מסע חודש חשוון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